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95FA9" w:rsidR="00712618" w:rsidRDefault="0053118E" w14:paraId="5B4605AE" w14:textId="77777777">
      <w:pPr>
        <w:pStyle w:val="Heading1"/>
        <w:rPr>
          <w:rFonts w:ascii="Arial" w:hAnsi="Arial" w:cs="Arial"/>
        </w:rPr>
      </w:pPr>
      <w:r w:rsidRPr="00A95FA9">
        <w:rPr>
          <w:rFonts w:ascii="Arial" w:hAnsi="Arial" w:cs="Arial"/>
        </w:rPr>
        <w:t>Fort Royal Community Primary School</w:t>
      </w:r>
    </w:p>
    <w:p w:rsidRPr="00A95FA9" w:rsidR="00712618" w:rsidRDefault="0053118E" w14:paraId="1701B9D3" w14:textId="0639F460">
      <w:pPr>
        <w:pStyle w:val="Heading2"/>
        <w:rPr>
          <w:rFonts w:ascii="Arial" w:hAnsi="Arial" w:cs="Arial"/>
        </w:rPr>
      </w:pPr>
      <w:r w:rsidRPr="092F3F7C" w:rsidR="0053118E">
        <w:rPr>
          <w:rFonts w:ascii="Arial" w:hAnsi="Arial" w:cs="Arial"/>
        </w:rPr>
        <w:t>S</w:t>
      </w:r>
      <w:r w:rsidRPr="092F3F7C" w:rsidR="3D74EA49">
        <w:rPr>
          <w:rFonts w:ascii="Arial" w:hAnsi="Arial" w:cs="Arial"/>
        </w:rPr>
        <w:t xml:space="preserve">chool </w:t>
      </w:r>
      <w:r w:rsidRPr="092F3F7C" w:rsidR="0053118E">
        <w:rPr>
          <w:rFonts w:ascii="Arial" w:hAnsi="Arial" w:cs="Arial"/>
        </w:rPr>
        <w:t>B</w:t>
      </w:r>
      <w:r w:rsidRPr="092F3F7C" w:rsidR="463C3211">
        <w:rPr>
          <w:rFonts w:ascii="Arial" w:hAnsi="Arial" w:cs="Arial"/>
        </w:rPr>
        <w:t>usiness Administrator ( SBA)</w:t>
      </w:r>
      <w:r w:rsidRPr="092F3F7C" w:rsidR="0053118E">
        <w:rPr>
          <w:rFonts w:ascii="Arial" w:hAnsi="Arial" w:cs="Arial"/>
        </w:rPr>
        <w:t>: Person Specification</w:t>
      </w:r>
    </w:p>
    <w:tbl>
      <w:tblPr>
        <w:tblW w:w="10881" w:type="dxa"/>
        <w:tblLayout w:type="fixed"/>
        <w:tblLook w:val="04A0" w:firstRow="1" w:lastRow="0" w:firstColumn="1" w:lastColumn="0" w:noHBand="0" w:noVBand="1"/>
      </w:tblPr>
      <w:tblGrid>
        <w:gridCol w:w="7763"/>
        <w:gridCol w:w="1559"/>
        <w:gridCol w:w="1559"/>
      </w:tblGrid>
      <w:tr w:rsidRPr="00A95FA9" w:rsidR="00712618" w:rsidTr="092F3F7C" w14:paraId="7446D2B1" w14:textId="77777777">
        <w:trPr>
          <w:trHeight w:val="858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53118E" w14:paraId="421C6183" w14:textId="77777777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Information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53118E" w14:paraId="7F4D3B64" w14:textId="77777777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Essential / Desirable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tcMar/>
          </w:tcPr>
          <w:p w:rsidRPr="00A95FA9" w:rsidR="00712618" w:rsidRDefault="67D9AF76" w14:paraId="40670FB2" w14:textId="0B5856DD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Assessment</w:t>
            </w:r>
          </w:p>
          <w:p w:rsidRPr="00A95FA9" w:rsidR="00712618" w:rsidRDefault="00712618" w14:paraId="69F8FF52" w14:textId="4737010C">
            <w:pPr>
              <w:rPr>
                <w:rFonts w:ascii="Arial" w:hAnsi="Arial" w:cs="Arial"/>
                <w:b/>
                <w:bCs/>
              </w:rPr>
            </w:pPr>
          </w:p>
        </w:tc>
      </w:tr>
      <w:tr w:rsidRPr="00A95FA9" w:rsidR="00A95FA9" w:rsidTr="092F3F7C" w14:paraId="213D0E9E" w14:textId="77777777">
        <w:trPr>
          <w:trHeight w:val="540"/>
        </w:trPr>
        <w:tc>
          <w:tcPr>
            <w:tcW w:w="1088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95FA9" w:rsidR="00A95FA9" w:rsidRDefault="00A95FA9" w14:paraId="5DAB6C7B" w14:textId="19F8D5D6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Qualifications and Professional Development</w:t>
            </w:r>
          </w:p>
        </w:tc>
      </w:tr>
      <w:tr w:rsidRPr="00A95FA9" w:rsidR="00A95FA9" w:rsidTr="092F3F7C" w14:paraId="2EF2C77D" w14:textId="77777777">
        <w:trPr>
          <w:trHeight w:val="54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49C08AF6" w14:textId="40909661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GCSEs English and Math’s (Grade 4/C or above) or equivalent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65AEDD99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auto" w:sz="4" w:space="0"/>
            </w:tcBorders>
            <w:tcMar/>
          </w:tcPr>
          <w:p w:rsidRPr="00A95FA9" w:rsidR="00A95FA9" w:rsidRDefault="00A95FA9" w14:paraId="41C8F396" w14:textId="50B6F91B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665BBDAF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90AC15F" w14:textId="1C5E4698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Relevant qualification or equivalent experience e.g. business management, leadership, HR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3B80983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0D0B940D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4B714405" w14:textId="77777777">
        <w:trPr>
          <w:trHeight w:val="66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4DA8C584" w14:textId="681AA307">
            <w:pPr>
              <w:rPr>
                <w:rFonts w:ascii="Arial" w:hAnsi="Arial" w:cs="Arial"/>
              </w:rPr>
            </w:pPr>
            <w:r w:rsidRPr="092F3F7C" w:rsidR="3EA3F59A">
              <w:rPr>
                <w:rFonts w:ascii="Arial" w:hAnsi="Arial" w:cs="Arial"/>
              </w:rPr>
              <w:t>School Business Management or equivalent qualification</w:t>
            </w:r>
            <w:r w:rsidRPr="092F3F7C" w:rsidR="51742723">
              <w:rPr>
                <w:rFonts w:ascii="Arial" w:hAnsi="Arial" w:cs="Arial"/>
              </w:rPr>
              <w:t>, or working towards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61740529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60061E4C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243CFC73" w14:textId="77777777">
        <w:trPr>
          <w:trHeight w:val="66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1E330729" w14:textId="40CD19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 and safety qualification or willingness to complete one within probationary period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26A662B3" w14:textId="17532D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58252659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718EE1A2" w14:textId="77777777">
        <w:tc>
          <w:tcPr>
            <w:tcW w:w="1088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95FA9" w:rsidR="00A95FA9" w:rsidRDefault="00A95FA9" w14:paraId="3DEEC669" w14:textId="4073E77D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Experience</w:t>
            </w:r>
          </w:p>
        </w:tc>
      </w:tr>
      <w:tr w:rsidRPr="00A95FA9" w:rsidR="00A95FA9" w:rsidTr="092F3F7C" w14:paraId="3E8F738B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234FCC02" w14:textId="19A71BAC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Experience in finance/admin/operational/premises/business support role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061D6CA7" w14:textId="2B8F04FB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auto" w:sz="4" w:space="0"/>
            </w:tcBorders>
            <w:tcMar/>
          </w:tcPr>
          <w:p w:rsidRPr="00A95FA9" w:rsidR="00A95FA9" w:rsidRDefault="00A95FA9" w14:paraId="4101652C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18E9479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1CEE4285" w14:textId="4B049DA4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Financial processes experience (budgets, forecasting, procurement)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D6DC322" w14:textId="0BA1C3BB">
            <w:pPr>
              <w:rPr>
                <w:rFonts w:ascii="Arial" w:hAnsi="Arial" w:cs="Arial"/>
              </w:rPr>
            </w:pPr>
            <w:r w:rsidRPr="6A5082FE" w:rsidR="15BB2733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1299C43A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18569319" w14:textId="77777777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613A8667" w14:textId="4F818D0B">
            <w:pPr>
              <w:rPr>
                <w:rFonts w:ascii="Arial" w:hAnsi="Arial" w:eastAsia="Calibri" w:cs="Arial"/>
                <w:color w:val="000000" w:themeColor="text1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 xml:space="preserve">Experience in working with securing external funding 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457B09AD" w14:textId="01829F33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6AA0B87C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4B252F01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95ECB44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Experience in education sector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4BF7EC95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0FB78278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3F39A230" w14:textId="77777777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6A89FF34" w14:textId="4D636ACF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>Experience of working in a complex environment with multiple stakeholders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6C5E29C8" w14:textId="33434EA0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P="4661E850" w:rsidRDefault="00A95FA9" w14:paraId="4F0BA7E7" w14:textId="582F843B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720E6378" w14:textId="77777777">
        <w:tc>
          <w:tcPr>
            <w:tcW w:w="1088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95FA9" w:rsidR="00A95FA9" w:rsidRDefault="00A95FA9" w14:paraId="34CE0A41" w14:textId="085902B4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General and Specialist Knowledge</w:t>
            </w:r>
          </w:p>
        </w:tc>
      </w:tr>
      <w:tr w:rsidR="7B77DAB5" w:rsidTr="092F3F7C" w14:paraId="751967D8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6290F0E4" w:rsidP="7B77DAB5" w:rsidRDefault="6290F0E4" w14:paraId="69B48502" w14:textId="0BD330E4">
            <w:pPr>
              <w:pStyle w:val="Normal"/>
              <w:rPr>
                <w:rFonts w:ascii="Arial" w:hAnsi="Arial" w:cs="Arial"/>
              </w:rPr>
            </w:pPr>
            <w:r w:rsidRPr="7B77DAB5" w:rsidR="6290F0E4">
              <w:rPr>
                <w:rFonts w:ascii="Arial" w:hAnsi="Arial" w:cs="Arial"/>
              </w:rPr>
              <w:t>Awareness of duties to keeping children safe and current safeguarding practices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7B77DAB5" w:rsidP="7B77DAB5" w:rsidRDefault="7B77DAB5" w14:paraId="7C151D20" w14:textId="714119CC">
            <w:pPr>
              <w:pStyle w:val="Normal"/>
              <w:rPr>
                <w:rFonts w:ascii="Arial" w:hAnsi="Arial" w:cs="Arial"/>
              </w:rPr>
            </w:pPr>
            <w:r w:rsidRPr="5E972828" w:rsidR="1E6A2B1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auto" w:sz="4" w:space="0"/>
            </w:tcBorders>
            <w:tcMar/>
          </w:tcPr>
          <w:p w:rsidR="7B77DAB5" w:rsidP="7B77DAB5" w:rsidRDefault="7B77DAB5" w14:paraId="450273FE" w14:textId="2F2C8D24">
            <w:pPr>
              <w:pStyle w:val="Normal"/>
              <w:rPr>
                <w:rFonts w:ascii="Arial" w:hAnsi="Arial" w:cs="Arial"/>
              </w:rPr>
            </w:pPr>
          </w:p>
        </w:tc>
      </w:tr>
      <w:tr w:rsidR="7B77DAB5" w:rsidTr="092F3F7C" w14:paraId="0C3A2AB3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6290F0E4" w:rsidP="7B77DAB5" w:rsidRDefault="6290F0E4" w14:paraId="46E39B80" w14:textId="6A34449A">
            <w:pPr>
              <w:pStyle w:val="Normal"/>
              <w:rPr>
                <w:rFonts w:ascii="Arial" w:hAnsi="Arial" w:cs="Arial"/>
              </w:rPr>
            </w:pPr>
            <w:r w:rsidRPr="5E972828" w:rsidR="6290F0E4">
              <w:rPr>
                <w:rFonts w:ascii="Arial" w:hAnsi="Arial" w:cs="Arial"/>
              </w:rPr>
              <w:t xml:space="preserve">An awareness, </w:t>
            </w:r>
            <w:r w:rsidRPr="5E972828" w:rsidR="379E620C">
              <w:rPr>
                <w:rFonts w:ascii="Arial" w:hAnsi="Arial" w:cs="Arial"/>
              </w:rPr>
              <w:t>understanding</w:t>
            </w:r>
            <w:r w:rsidRPr="5E972828" w:rsidR="6290F0E4">
              <w:rPr>
                <w:rFonts w:ascii="Arial" w:hAnsi="Arial" w:cs="Arial"/>
              </w:rPr>
              <w:t xml:space="preserve"> and commitment to the pursuit of equality and </w:t>
            </w:r>
            <w:r w:rsidRPr="5E972828" w:rsidR="6E134F92">
              <w:rPr>
                <w:rFonts w:ascii="Arial" w:hAnsi="Arial" w:cs="Arial"/>
              </w:rPr>
              <w:t>anti-oppressive</w:t>
            </w:r>
            <w:r w:rsidRPr="5E972828" w:rsidR="6290F0E4">
              <w:rPr>
                <w:rFonts w:ascii="Arial" w:hAnsi="Arial" w:cs="Arial"/>
              </w:rPr>
              <w:t xml:space="preserve"> practices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7B77DAB5" w:rsidP="7B77DAB5" w:rsidRDefault="7B77DAB5" w14:paraId="12AD0457" w14:textId="67D17646">
            <w:pPr>
              <w:pStyle w:val="Normal"/>
              <w:rPr>
                <w:rFonts w:ascii="Arial" w:hAnsi="Arial" w:cs="Arial"/>
              </w:rPr>
            </w:pPr>
            <w:r w:rsidRPr="5E972828" w:rsidR="0CF895C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="7B77DAB5" w:rsidP="7B77DAB5" w:rsidRDefault="7B77DAB5" w14:paraId="33D658B2" w14:textId="3A0B77A9">
            <w:pPr>
              <w:pStyle w:val="Normal"/>
              <w:rPr>
                <w:rFonts w:ascii="Arial" w:hAnsi="Arial" w:cs="Arial"/>
              </w:rPr>
            </w:pPr>
          </w:p>
        </w:tc>
      </w:tr>
      <w:tr w:rsidRPr="00A95FA9" w:rsidR="00A95FA9" w:rsidTr="092F3F7C" w14:paraId="0A009475" w14:textId="77777777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6D7D8A03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Financial management and value for money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2F0E185F" w14:textId="38BB91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5997CC1D" w14:textId="4526FC52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2064787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5166C3C" w14:textId="55AB0A23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Compliance and health &amp; safety knowledge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4CC6B09" w14:textId="0803E9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6B699379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469CAB5B" w14:textId="77777777">
        <w:trPr>
          <w:trHeight w:val="51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2243569D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School systems knowledge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38B201AB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1F72F646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4ED10752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7A9B0AE1" w14:textId="643C1DCE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Knowledge of GDPR and HR principles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61CDCEAD" w14:textId="48C8566B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D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6BB9E253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1DD5C04" w14:textId="77777777">
        <w:trPr>
          <w:trHeight w:val="300"/>
        </w:trPr>
        <w:tc>
          <w:tcPr>
            <w:tcW w:w="1088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95FA9" w:rsidR="00A95FA9" w:rsidP="4661E850" w:rsidRDefault="00A95FA9" w14:paraId="6F55FA60" w14:textId="51CB892D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Personal Qualities</w:t>
            </w:r>
          </w:p>
        </w:tc>
      </w:tr>
      <w:tr w:rsidRPr="00A95FA9" w:rsidR="00A95FA9" w:rsidTr="092F3F7C" w14:paraId="2D8E3109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6AFB198D" w14:textId="02FD5FCB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>Effective communication skills, written and verbal and ability to engage various stakeholders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52438149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auto" w:sz="4" w:space="0"/>
            </w:tcBorders>
            <w:tcMar/>
          </w:tcPr>
          <w:p w:rsidRPr="00A95FA9" w:rsidR="00A95FA9" w:rsidRDefault="00A95FA9" w14:paraId="5043CB0F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2B716FA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07CCD129" w14:textId="44E22548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 xml:space="preserve">Highly organised with the ability to prioritise, plan and manage competing demands and maintain flexibility with own and others work. 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15C2F6B5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6537F28F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33CA9C9C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1075B98B" w14:textId="32A68FE0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Attention to detail and accuracy, strong time management skills</w:t>
            </w:r>
            <w:r>
              <w:rPr>
                <w:rFonts w:ascii="Arial" w:hAnsi="Arial" w:cs="Arial"/>
              </w:rPr>
              <w:t xml:space="preserve">/able to work </w:t>
            </w:r>
            <w:r>
              <w:rPr>
                <w:rFonts w:ascii="Arial" w:hAnsi="Arial" w:cs="Arial"/>
              </w:rPr>
              <w:lastRenderedPageBreak/>
              <w:t xml:space="preserve">to </w:t>
            </w:r>
            <w:r w:rsidR="003C1B73">
              <w:rPr>
                <w:rFonts w:ascii="Arial" w:hAnsi="Arial" w:cs="Arial"/>
              </w:rPr>
              <w:t>deadlines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2D7B4CDA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lastRenderedPageBreak/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70DF9E56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72A250B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72E6CC77" w14:textId="6FF3E452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>A good level of IT skills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1CCAE64F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144A5D23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56FB3609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57BB803C" w14:textId="546A4102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>Excellent numerical and financial skill with high level of accuracy and attention to detail</w:t>
            </w:r>
            <w:r w:rsidR="003C1B73">
              <w:rPr>
                <w:rFonts w:ascii="Arial" w:hAnsi="Arial" w:eastAsia="Calibri" w:cs="Arial"/>
                <w:color w:val="000000" w:themeColor="text1"/>
              </w:rPr>
              <w:t xml:space="preserve"> with</w:t>
            </w:r>
            <w:r w:rsidRPr="00A95FA9">
              <w:rPr>
                <w:rFonts w:ascii="Arial" w:hAnsi="Arial" w:eastAsia="Calibri" w:cs="Arial"/>
                <w:color w:val="000000" w:themeColor="text1"/>
              </w:rPr>
              <w:t xml:space="preserve"> strong analytical skills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RDefault="00A95FA9" w14:paraId="637805D2" w14:textId="164004E2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RDefault="00A95FA9" w14:paraId="463F29E8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05C5AEE8" w14:textId="77777777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74EC77E7" w14:textId="6810BC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A95FA9">
              <w:rPr>
                <w:rFonts w:ascii="Arial" w:hAnsi="Arial" w:cs="Arial"/>
              </w:rPr>
              <w:t>bility to maintain confidentiality and handle sensitive information with discretion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5649325B" w14:textId="42E8E2FB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A95FA9" w:rsidP="4661E850" w:rsidRDefault="00A95FA9" w14:paraId="12656F92" w14:textId="0494A27B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0F4D0CD5" w14:textId="77777777">
        <w:trPr>
          <w:trHeight w:val="300"/>
        </w:trPr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95FA9" w:rsidP="4661E850" w:rsidRDefault="00A95FA9" w14:paraId="47E19348" w14:textId="3AEA4E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Resilient, able to work independently and using own initiative 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A95FA9" w:rsidP="4661E850" w:rsidRDefault="00A95FA9" w14:paraId="33DC12B7" w14:textId="473EA1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tcMar/>
          </w:tcPr>
          <w:p w:rsidRPr="00A95FA9" w:rsidR="00A95FA9" w:rsidP="4661E850" w:rsidRDefault="00A95FA9" w14:paraId="1CC6BCFE" w14:textId="77777777">
            <w:pPr>
              <w:rPr>
                <w:rFonts w:ascii="Arial" w:hAnsi="Arial" w:cs="Arial"/>
              </w:rPr>
            </w:pPr>
          </w:p>
        </w:tc>
      </w:tr>
      <w:tr w:rsidRPr="00A95FA9" w:rsidR="00A95FA9" w:rsidTr="092F3F7C" w14:paraId="25882618" w14:textId="77777777">
        <w:trPr>
          <w:trHeight w:val="300"/>
        </w:trPr>
        <w:tc>
          <w:tcPr>
            <w:tcW w:w="10881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95FA9" w:rsidR="00A95FA9" w:rsidP="4661E850" w:rsidRDefault="00A95FA9" w14:paraId="7C92766A" w14:textId="0514CB2A">
            <w:pPr>
              <w:rPr>
                <w:rFonts w:ascii="Arial" w:hAnsi="Arial" w:cs="Arial"/>
                <w:b/>
                <w:bCs/>
              </w:rPr>
            </w:pPr>
            <w:r w:rsidRPr="00A95FA9">
              <w:rPr>
                <w:rFonts w:ascii="Arial" w:hAnsi="Arial" w:cs="Arial"/>
                <w:b/>
                <w:bCs/>
              </w:rPr>
              <w:t>Additional Requirements</w:t>
            </w:r>
          </w:p>
        </w:tc>
      </w:tr>
      <w:tr w:rsidRPr="00A95FA9" w:rsidR="00712618" w:rsidTr="092F3F7C" w14:paraId="3F746FE0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53118E" w14:paraId="733C1291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Operate with integrity and professionalism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53118E" w14:paraId="1ED56744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tcMar/>
          </w:tcPr>
          <w:p w:rsidRPr="00A95FA9" w:rsidR="00712618" w:rsidRDefault="00712618" w14:paraId="3A0FF5F2" w14:textId="77777777">
            <w:pPr>
              <w:rPr>
                <w:rFonts w:ascii="Arial" w:hAnsi="Arial" w:cs="Arial"/>
              </w:rPr>
            </w:pPr>
          </w:p>
          <w:p w:rsidRPr="00A95FA9" w:rsidR="00712618" w:rsidRDefault="00712618" w14:paraId="5630AD66" w14:textId="77777777">
            <w:pPr>
              <w:rPr>
                <w:rFonts w:ascii="Arial" w:hAnsi="Arial" w:cs="Arial"/>
              </w:rPr>
            </w:pPr>
          </w:p>
        </w:tc>
      </w:tr>
      <w:tr w:rsidRPr="00A95FA9" w:rsidR="00712618" w:rsidTr="092F3F7C" w14:paraId="576D2569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3C1B73" w14:paraId="3EBD8600" w14:textId="61C28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Willing to be a </w:t>
            </w:r>
            <w:r w:rsidRPr="00A95FA9" w:rsidR="0053118E">
              <w:rPr>
                <w:rFonts w:ascii="Arial" w:hAnsi="Arial" w:cs="Arial"/>
              </w:rPr>
              <w:t>keyholder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53118E" w14:paraId="1F6420C5" w14:textId="77777777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712618" w:rsidRDefault="00712618" w14:paraId="2BA226A1" w14:textId="77777777">
            <w:pPr>
              <w:rPr>
                <w:rFonts w:ascii="Calibri" w:hAnsi="Calibri" w:cs="Calibri"/>
              </w:rPr>
            </w:pPr>
          </w:p>
        </w:tc>
      </w:tr>
      <w:tr w:rsidRPr="00A95FA9" w:rsidR="00712618" w:rsidTr="092F3F7C" w14:paraId="6AA62772" w14:textId="77777777">
        <w:tc>
          <w:tcPr>
            <w:tcW w:w="77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4661E850" w:rsidP="4661E850" w:rsidRDefault="4661E850" w14:paraId="0AEC570C" w14:textId="58C5537B">
            <w:pPr>
              <w:spacing w:after="0"/>
              <w:rPr>
                <w:rFonts w:ascii="Arial" w:hAnsi="Arial" w:cs="Arial"/>
              </w:rPr>
            </w:pPr>
            <w:r w:rsidRPr="00A95FA9">
              <w:rPr>
                <w:rFonts w:ascii="Arial" w:hAnsi="Arial" w:eastAsia="Calibri" w:cs="Arial"/>
                <w:color w:val="000000" w:themeColor="text1"/>
              </w:rPr>
              <w:t xml:space="preserve">Strong interpersonal skills and ability to build effective working </w:t>
            </w:r>
            <w:r w:rsidRPr="00A95FA9" w:rsidR="668043CC">
              <w:rPr>
                <w:rFonts w:ascii="Arial" w:hAnsi="Arial" w:eastAsia="Calibri" w:cs="Arial"/>
                <w:color w:val="000000" w:themeColor="text1"/>
              </w:rPr>
              <w:t>relationships</w:t>
            </w:r>
          </w:p>
        </w:tc>
        <w:tc>
          <w:tcPr>
            <w:tcW w:w="15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95FA9" w:rsidR="00712618" w:rsidRDefault="00A95FA9" w14:paraId="11A37311" w14:textId="31081C48">
            <w:pPr>
              <w:rPr>
                <w:rFonts w:ascii="Arial" w:hAnsi="Arial" w:cs="Arial"/>
              </w:rPr>
            </w:pPr>
            <w:r w:rsidRPr="00A95FA9">
              <w:rPr>
                <w:rFonts w:ascii="Arial" w:hAnsi="Arial" w:cs="Arial"/>
              </w:rPr>
              <w:t>E</w:t>
            </w:r>
          </w:p>
        </w:tc>
        <w:tc>
          <w:tcPr>
            <w:tcW w:w="1559" w:type="dxa"/>
            <w:vMerge/>
            <w:tcBorders/>
            <w:tcMar/>
          </w:tcPr>
          <w:p w:rsidRPr="00A95FA9" w:rsidR="00712618" w:rsidRDefault="00712618" w14:paraId="0DE4B5B7" w14:textId="77777777">
            <w:pPr>
              <w:rPr>
                <w:rFonts w:ascii="Calibri" w:hAnsi="Calibri" w:cs="Calibri"/>
              </w:rPr>
            </w:pPr>
          </w:p>
        </w:tc>
      </w:tr>
    </w:tbl>
    <w:p w:rsidRPr="00A95FA9" w:rsidR="0053118E" w:rsidRDefault="0053118E" w14:paraId="0852CD2B" w14:textId="77777777">
      <w:pPr>
        <w:rPr>
          <w:rFonts w:ascii="Calibri" w:hAnsi="Calibri" w:cs="Calibri"/>
        </w:rPr>
      </w:pPr>
    </w:p>
    <w:sectPr w:rsidRPr="00A95FA9" w:rsidR="0053118E" w:rsidSect="00034616">
      <w:footerReference w:type="default" r:id="rId8"/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ecc210a2b0424f0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118E" w:rsidP="00650FAF" w:rsidRDefault="0053118E" w14:paraId="07543FEB" w14:textId="77777777">
      <w:pPr>
        <w:spacing w:after="0" w:line="240" w:lineRule="auto"/>
      </w:pPr>
      <w:r>
        <w:separator/>
      </w:r>
    </w:p>
  </w:endnote>
  <w:endnote w:type="continuationSeparator" w:id="0">
    <w:p w:rsidR="0053118E" w:rsidP="00650FAF" w:rsidRDefault="0053118E" w14:paraId="0F30160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0FAF" w:rsidRDefault="00650FAF" w14:paraId="306144A9" w14:textId="698FC320">
    <w:pPr>
      <w:pStyle w:val="Footer"/>
    </w:pPr>
    <w:r w:rsidR="092F3F7C">
      <w:rPr/>
      <w:t>SB</w:t>
    </w:r>
    <w:r w:rsidR="092F3F7C">
      <w:rPr/>
      <w:t>A</w:t>
    </w:r>
    <w:r w:rsidR="092F3F7C">
      <w:rPr/>
      <w:t xml:space="preserve"> JD P SPEC </w:t>
    </w:r>
    <w:r w:rsidR="092F3F7C">
      <w:rPr/>
      <w:t>17.6.26 Agreed</w:t>
    </w:r>
  </w:p>
  <w:p w:rsidR="00650FAF" w:rsidRDefault="00650FAF" w14:paraId="2006E21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118E" w:rsidP="00650FAF" w:rsidRDefault="0053118E" w14:paraId="26C7EB38" w14:textId="77777777">
      <w:pPr>
        <w:spacing w:after="0" w:line="240" w:lineRule="auto"/>
      </w:pPr>
      <w:r>
        <w:separator/>
      </w:r>
    </w:p>
  </w:footnote>
  <w:footnote w:type="continuationSeparator" w:id="0">
    <w:p w:rsidR="0053118E" w:rsidP="00650FAF" w:rsidRDefault="0053118E" w14:paraId="7925695D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92F3F7C" w:rsidTr="092F3F7C" w14:paraId="2A05CC2E">
      <w:trPr>
        <w:trHeight w:val="300"/>
      </w:trPr>
      <w:tc>
        <w:tcPr>
          <w:tcW w:w="3600" w:type="dxa"/>
          <w:tcMar/>
        </w:tcPr>
        <w:p w:rsidR="092F3F7C" w:rsidP="092F3F7C" w:rsidRDefault="092F3F7C" w14:paraId="2177E8F6" w14:textId="6291A2A9">
          <w:pPr>
            <w:pStyle w:val="Header"/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092F3F7C" w:rsidP="092F3F7C" w:rsidRDefault="092F3F7C" w14:paraId="447E6F0A" w14:textId="529AFFA9">
          <w:pPr>
            <w:pStyle w:val="Header"/>
            <w:bidi w:val="0"/>
            <w:jc w:val="center"/>
          </w:pPr>
        </w:p>
      </w:tc>
      <w:tc>
        <w:tcPr>
          <w:tcW w:w="3600" w:type="dxa"/>
          <w:tcMar/>
        </w:tcPr>
        <w:p w:rsidR="092F3F7C" w:rsidP="092F3F7C" w:rsidRDefault="092F3F7C" w14:paraId="5930CB54" w14:textId="36922A1C">
          <w:pPr>
            <w:pStyle w:val="Header"/>
            <w:bidi w:val="0"/>
            <w:ind w:right="-115"/>
            <w:jc w:val="right"/>
          </w:pPr>
        </w:p>
      </w:tc>
    </w:tr>
  </w:tbl>
  <w:p w:rsidR="092F3F7C" w:rsidP="092F3F7C" w:rsidRDefault="092F3F7C" w14:paraId="1AA6DA7F" w14:textId="687CE35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588276915">
    <w:abstractNumId w:val="8"/>
  </w:num>
  <w:num w:numId="2" w16cid:durableId="682779696">
    <w:abstractNumId w:val="6"/>
  </w:num>
  <w:num w:numId="3" w16cid:durableId="2107146009">
    <w:abstractNumId w:val="5"/>
  </w:num>
  <w:num w:numId="4" w16cid:durableId="180632964">
    <w:abstractNumId w:val="4"/>
  </w:num>
  <w:num w:numId="5" w16cid:durableId="36047755">
    <w:abstractNumId w:val="7"/>
  </w:num>
  <w:num w:numId="6" w16cid:durableId="2092581400">
    <w:abstractNumId w:val="3"/>
  </w:num>
  <w:num w:numId="7" w16cid:durableId="1351033383">
    <w:abstractNumId w:val="2"/>
  </w:num>
  <w:num w:numId="8" w16cid:durableId="1651860692">
    <w:abstractNumId w:val="1"/>
  </w:num>
  <w:num w:numId="9" w16cid:durableId="171242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1B73"/>
    <w:rsid w:val="0053118E"/>
    <w:rsid w:val="00620FF3"/>
    <w:rsid w:val="00650FAF"/>
    <w:rsid w:val="00712618"/>
    <w:rsid w:val="00A95FA9"/>
    <w:rsid w:val="00AA1D8D"/>
    <w:rsid w:val="00B47730"/>
    <w:rsid w:val="00CB0664"/>
    <w:rsid w:val="00FC693F"/>
    <w:rsid w:val="02333A09"/>
    <w:rsid w:val="034D1244"/>
    <w:rsid w:val="0411BC22"/>
    <w:rsid w:val="05578D47"/>
    <w:rsid w:val="056D1D09"/>
    <w:rsid w:val="06B20E1A"/>
    <w:rsid w:val="07C3360A"/>
    <w:rsid w:val="092F3F7C"/>
    <w:rsid w:val="0AB11836"/>
    <w:rsid w:val="0AB273B6"/>
    <w:rsid w:val="0BDABC87"/>
    <w:rsid w:val="0CF895C9"/>
    <w:rsid w:val="0D1BFA87"/>
    <w:rsid w:val="10873730"/>
    <w:rsid w:val="11B0FDCE"/>
    <w:rsid w:val="128B0683"/>
    <w:rsid w:val="133F4B31"/>
    <w:rsid w:val="13ECEB34"/>
    <w:rsid w:val="1412F4A5"/>
    <w:rsid w:val="15BB2733"/>
    <w:rsid w:val="15FD51FE"/>
    <w:rsid w:val="198BBFBA"/>
    <w:rsid w:val="1A74F78B"/>
    <w:rsid w:val="1E3285AB"/>
    <w:rsid w:val="1E5625A3"/>
    <w:rsid w:val="1E6A2B19"/>
    <w:rsid w:val="1EBF2B78"/>
    <w:rsid w:val="1ECFFE3B"/>
    <w:rsid w:val="2036551A"/>
    <w:rsid w:val="232111CA"/>
    <w:rsid w:val="23982A82"/>
    <w:rsid w:val="24952267"/>
    <w:rsid w:val="255D392C"/>
    <w:rsid w:val="266F4BB9"/>
    <w:rsid w:val="268984E9"/>
    <w:rsid w:val="277CCA03"/>
    <w:rsid w:val="27A21EF6"/>
    <w:rsid w:val="2B69095A"/>
    <w:rsid w:val="2B8DEF34"/>
    <w:rsid w:val="2BA758CC"/>
    <w:rsid w:val="2D074160"/>
    <w:rsid w:val="2EC05369"/>
    <w:rsid w:val="2EE0A9A1"/>
    <w:rsid w:val="3067B86D"/>
    <w:rsid w:val="311F8686"/>
    <w:rsid w:val="33617282"/>
    <w:rsid w:val="361DC13D"/>
    <w:rsid w:val="379E620C"/>
    <w:rsid w:val="37A042B4"/>
    <w:rsid w:val="3A9B4386"/>
    <w:rsid w:val="3B1DA1D7"/>
    <w:rsid w:val="3B4E6F87"/>
    <w:rsid w:val="3B5D8354"/>
    <w:rsid w:val="3BADB73E"/>
    <w:rsid w:val="3CD0EE00"/>
    <w:rsid w:val="3D74EA49"/>
    <w:rsid w:val="3DE3734E"/>
    <w:rsid w:val="3EA3F59A"/>
    <w:rsid w:val="3EFC5818"/>
    <w:rsid w:val="4052EEEC"/>
    <w:rsid w:val="40A45505"/>
    <w:rsid w:val="40F2FB6F"/>
    <w:rsid w:val="41715A81"/>
    <w:rsid w:val="432E5C3B"/>
    <w:rsid w:val="445CC06C"/>
    <w:rsid w:val="45D25E4B"/>
    <w:rsid w:val="463C3211"/>
    <w:rsid w:val="4661E850"/>
    <w:rsid w:val="48DFCA02"/>
    <w:rsid w:val="4B455FEE"/>
    <w:rsid w:val="4C6874C2"/>
    <w:rsid w:val="4DB169ED"/>
    <w:rsid w:val="4F47ED36"/>
    <w:rsid w:val="4FCCCCD9"/>
    <w:rsid w:val="50883E02"/>
    <w:rsid w:val="51742723"/>
    <w:rsid w:val="5181D35F"/>
    <w:rsid w:val="55023F9F"/>
    <w:rsid w:val="56D5CCA0"/>
    <w:rsid w:val="59EDD7D2"/>
    <w:rsid w:val="5C98222E"/>
    <w:rsid w:val="5D08DED2"/>
    <w:rsid w:val="5E876E41"/>
    <w:rsid w:val="5E972828"/>
    <w:rsid w:val="60503B51"/>
    <w:rsid w:val="6290F0E4"/>
    <w:rsid w:val="630B4A49"/>
    <w:rsid w:val="6333FB36"/>
    <w:rsid w:val="6385FBD6"/>
    <w:rsid w:val="6515608C"/>
    <w:rsid w:val="657CF29D"/>
    <w:rsid w:val="65F6BDF9"/>
    <w:rsid w:val="668043CC"/>
    <w:rsid w:val="66DCE5D6"/>
    <w:rsid w:val="67D9AF76"/>
    <w:rsid w:val="6893CF86"/>
    <w:rsid w:val="6A5082FE"/>
    <w:rsid w:val="6A7AE3F4"/>
    <w:rsid w:val="6BAE039C"/>
    <w:rsid w:val="6C5F6BE4"/>
    <w:rsid w:val="6CB2CDC1"/>
    <w:rsid w:val="6D216122"/>
    <w:rsid w:val="6E134F92"/>
    <w:rsid w:val="6F4682F2"/>
    <w:rsid w:val="7825BC30"/>
    <w:rsid w:val="79588F41"/>
    <w:rsid w:val="7B012396"/>
    <w:rsid w:val="7B2BA641"/>
    <w:rsid w:val="7B77DAB5"/>
    <w:rsid w:val="7CF5DF60"/>
    <w:rsid w:val="7E04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946C0A5E-D574-409B-AFD4-B7905A297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header.xml" Id="Recc210a2b0424f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BBE00473E5864D89A850C5E0E48AF9" ma:contentTypeVersion="15" ma:contentTypeDescription="Create a new document." ma:contentTypeScope="" ma:versionID="ad4ce2771cd97afec971a0fc0ef4e26c">
  <xsd:schema xmlns:xsd="http://www.w3.org/2001/XMLSchema" xmlns:xs="http://www.w3.org/2001/XMLSchema" xmlns:p="http://schemas.microsoft.com/office/2006/metadata/properties" xmlns:ns2="69bbc2ff-f3ea-4792-a59e-fe69262abacd" xmlns:ns3="59a7838b-a257-4fc8-82dc-1a8569e00bd5" targetNamespace="http://schemas.microsoft.com/office/2006/metadata/properties" ma:root="true" ma:fieldsID="87af30d0322c309e0d99d2adad035315" ns2:_="" ns3:_="">
    <xsd:import namespace="69bbc2ff-f3ea-4792-a59e-fe69262abacd"/>
    <xsd:import namespace="59a7838b-a257-4fc8-82dc-1a8569e00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bc2ff-f3ea-4792-a59e-fe69262aba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e21e1a8-744e-497e-a7f2-9ff5df0c2e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7838b-a257-4fc8-82dc-1a8569e00bd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d96e41-194f-4495-ab6d-4fd1aaaeb909}" ma:internalName="TaxCatchAll" ma:showField="CatchAllData" ma:web="59a7838b-a257-4fc8-82dc-1a8569e00b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a7838b-a257-4fc8-82dc-1a8569e00bd5" xsi:nil="true"/>
    <lcf76f155ced4ddcb4097134ff3c332f xmlns="69bbc2ff-f3ea-4792-a59e-fe69262aba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53FCD8-E87D-4A0C-92C1-FD0E0BE275B8}"/>
</file>

<file path=customXml/itemProps3.xml><?xml version="1.0" encoding="utf-8"?>
<ds:datastoreItem xmlns:ds="http://schemas.openxmlformats.org/officeDocument/2006/customXml" ds:itemID="{66EDFE9A-3D14-43AD-8ACD-5D3C18303093}"/>
</file>

<file path=customXml/itemProps4.xml><?xml version="1.0" encoding="utf-8"?>
<ds:datastoreItem xmlns:ds="http://schemas.openxmlformats.org/officeDocument/2006/customXml" ds:itemID="{E57151DF-EE3E-4682-9842-A7F1467393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 Casson</dc:creator>
  <cp:keywords/>
  <dc:description>generated by python-docx</dc:description>
  <cp:lastModifiedBy>Alison  Casson</cp:lastModifiedBy>
  <cp:revision>7</cp:revision>
  <dcterms:created xsi:type="dcterms:W3CDTF">2026-05-19T11:33:00Z</dcterms:created>
  <dcterms:modified xsi:type="dcterms:W3CDTF">2026-06-17T12:19:35Z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0x010100EBBBE00473E5864D89A850C5E0E48AF9</vt:lpwstr>
  </property>
  <property fmtid="{D5CDD505-2E9C-101B-9397-08002B2CF9AE}" pid="3" name="MediaServiceImageTags">
    <vt:lpwstr/>
  </property>
</Properties>
</file>